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il"/>
          <w:left w:val="single" w:sz="16" w:color="315D5D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vAlign w:val="center"/>
            <w:shd w:fill="F1F5F2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 w:eastAsia="Calibri"/>
                <w:b/>
                <w:color w:val="315D5D"/>
                <w:sz w:val="17"/>
              </w:rPr>
              <w:t xml:space="preserve">TEMPLATE NOTE  </w:t>
            </w:r>
            <w:r>
              <w:rPr>
                <w:rFonts w:ascii="Calibri" w:hAnsi="Calibri" w:eastAsia="Calibri"/>
                <w:b w:val="0"/>
                <w:color w:val="65757A"/>
                <w:sz w:val="17"/>
              </w:rPr>
              <w:t>Replace every bracketed prompt with manuscript content and remove this note before submission. Do not add a DOI, publication date, volume, or issue number; the journal will provide publication metadata if applicable.</w:t>
            </w:r>
          </w:p>
        </w:tc>
      </w:tr>
    </w:tbl>
    <w:p>
      <w:pPr>
        <w:spacing w:after="20" w:before="0"/>
      </w:pPr>
    </w:p>
    <w:p>
      <w:pPr>
        <w:spacing w:before="40" w:after="100"/>
        <w:jc w:val="center"/>
      </w:pPr>
      <w:r>
        <w:rPr>
          <w:rFonts w:ascii="Calibri" w:hAnsi="Calibri" w:eastAsia="Calibri"/>
          <w:b/>
          <w:color w:val="315D5D"/>
          <w:sz w:val="18"/>
        </w:rPr>
        <w:t>ORIGINAL RESEARCH ARTICLE</w:t>
      </w:r>
    </w:p>
    <w:p>
      <w:pPr>
        <w:keepNext/>
        <w:spacing w:before="20" w:after="140"/>
        <w:jc w:val="center"/>
      </w:pPr>
      <w:r>
        <w:rPr>
          <w:rFonts w:ascii="Cambria" w:hAnsi="Cambria" w:eastAsia="Cambria"/>
          <w:b/>
          <w:color w:val="263B49"/>
          <w:sz w:val="36"/>
        </w:rPr>
        <w:t>[Insert the full manuscript title]</w:t>
      </w:r>
    </w:p>
    <w:p>
      <w:pPr>
        <w:keepNext/>
        <w:spacing w:after="60"/>
        <w:jc w:val="center"/>
      </w:pPr>
      <w:r>
        <w:rPr>
          <w:rFonts w:ascii="Cambria" w:hAnsi="Cambria" w:eastAsia="Cambria"/>
          <w:b/>
          <w:i w:val="0"/>
          <w:color w:val="263B49"/>
          <w:sz w:val="21"/>
        </w:rPr>
        <w:t>[Full Name 1]¹, [Full Name 2]², [Full Name 3]¹</w:t>
      </w:r>
    </w:p>
    <w:p>
      <w:pPr>
        <w:keepNext/>
        <w:spacing w:after="20"/>
        <w:jc w:val="center"/>
      </w:pPr>
      <w:r>
        <w:rPr>
          <w:rFonts w:ascii="Cambria" w:hAnsi="Cambria" w:eastAsia="Cambria"/>
          <w:b w:val="0"/>
          <w:i/>
          <w:color w:val="65757A"/>
          <w:sz w:val="19"/>
        </w:rPr>
        <w:t>¹ [Department, Institution, City, Country]</w:t>
      </w:r>
    </w:p>
    <w:p>
      <w:pPr>
        <w:keepNext/>
        <w:spacing w:after="60"/>
        <w:jc w:val="center"/>
      </w:pPr>
      <w:r>
        <w:rPr>
          <w:rFonts w:ascii="Cambria" w:hAnsi="Cambria" w:eastAsia="Cambria"/>
          <w:b w:val="0"/>
          <w:i/>
          <w:color w:val="65757A"/>
          <w:sz w:val="19"/>
        </w:rPr>
        <w:t>² [Department, Institution, City, Country]</w:t>
      </w:r>
    </w:p>
    <w:p>
      <w:pPr>
        <w:keepNext/>
        <w:spacing w:after="120"/>
        <w:jc w:val="center"/>
      </w:pPr>
      <w:r>
        <w:rPr>
          <w:rFonts w:ascii="Cambria" w:hAnsi="Cambria" w:eastAsia="Cambria"/>
          <w:b w:val="0"/>
          <w:i w:val="0"/>
          <w:color w:val="65757A"/>
          <w:sz w:val="17"/>
        </w:rPr>
        <w:t>Corresponding author: [Name] · [email address] · ORCID: [optional]</w:t>
      </w:r>
    </w:p>
    <w:p>
      <w:pPr>
        <w:keepNext/>
        <w:spacing w:before="40" w:after="40"/>
      </w:pPr>
      <w:r>
        <w:rPr>
          <w:rFonts w:ascii="Cambria" w:hAnsi="Cambria" w:eastAsia="Cambria"/>
          <w:b/>
          <w:color w:val="315D5D"/>
          <w:sz w:val="20"/>
        </w:rPr>
        <w:t>Abstract</w:t>
      </w:r>
    </w:p>
    <w:p>
      <w:pPr>
        <w:spacing w:after="100" w:line="240" w:lineRule="auto"/>
      </w:pPr>
      <w:r>
        <w:rPr>
          <w:rFonts w:ascii="Cambria" w:hAnsi="Cambria" w:eastAsia="Cambria"/>
          <w:b w:val="0"/>
          <w:i/>
          <w:color w:val="65757A"/>
          <w:sz w:val="19"/>
        </w:rPr>
        <w:t>[Write a 200–300-word abstract stating the research problem, objective, approach, principal results, and main conclusion. Keep it self-contained; avoid citations where possible.]</w:t>
      </w:r>
    </w:p>
    <w:p>
      <w:pPr>
        <w:spacing w:after="80" w:line="240" w:lineRule="auto"/>
      </w:pPr>
      <w:r>
        <w:rPr>
          <w:rFonts w:ascii="Cambria" w:hAnsi="Cambria" w:eastAsia="Cambria"/>
          <w:b/>
          <w:color w:val="315D5D"/>
          <w:sz w:val="19"/>
        </w:rPr>
        <w:t xml:space="preserve">Keywords: </w:t>
      </w:r>
      <w:r>
        <w:rPr>
          <w:rFonts w:ascii="Cambria" w:hAnsi="Cambria" w:eastAsia="Cambria"/>
          <w:b w:val="0"/>
          <w:color w:val="263B49"/>
          <w:sz w:val="19"/>
        </w:rPr>
        <w:t>[4–6 terms separated by semicolons.]</w:t>
      </w:r>
    </w:p>
    <w:p>
      <w:pPr>
        <w:spacing w:before="0" w:after="60"/>
        <w:pBdr>
          <w:bottom w:val="single" w:sz="6" w:space="1" w:color="315D5D"/>
        </w:pBdr>
      </w:pPr>
    </w:p>
    <w:p>
      <w:pPr>
        <w:sectPr>
          <w:headerReference w:type="default" r:id="rId9"/>
          <w:footerReference w:type="default" r:id="rId10"/>
          <w:pgSz w:w="11906" w:h="16838"/>
          <w:pgMar w:top="935" w:right="964" w:bottom="879" w:left="964" w:header="397" w:footer="397" w:gutter="0"/>
          <w:cols w:space="720"/>
          <w:docGrid w:linePitch="360"/>
        </w:sectPr>
      </w:pPr>
    </w:p>
    <w:p>
      <w:pPr>
        <w:pStyle w:val="Heading1"/>
        <w:keepNext/>
      </w:pPr>
      <w:r>
        <w:t>1. Introduction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8"/>
        </w:rPr>
        <w:t>[Describe the problem, its significance, the research gap, objectives, and the specific contributions of this work.]</w:t>
      </w:r>
    </w:p>
    <w:p>
      <w:pPr>
        <w:pStyle w:val="Heading1"/>
        <w:keepNext/>
      </w:pPr>
      <w:r>
        <w:t>2. Related Work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8"/>
        </w:rPr>
        <w:t>[Position the study in relation to relevant literature. Explain how the present work differs from or extends existing approaches.]</w:t>
      </w:r>
    </w:p>
    <w:p>
      <w:pPr>
        <w:pStyle w:val="Heading1"/>
        <w:keepNext/>
      </w:pPr>
      <w:r>
        <w:t>3. Methodology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8"/>
        </w:rPr>
        <w:t>[Describe the proposed method, model, algorithm, system architecture, datasets, assumptions, and implementation details needed to understand and reproduce the work.]</w:t>
      </w:r>
    </w:p>
    <w:p>
      <w:pPr>
        <w:pStyle w:val="Heading1"/>
        <w:keepNext/>
      </w:pPr>
      <w:r>
        <w:t>4. Experimental Setup and Results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8"/>
        </w:rPr>
        <w:t>[Specify experimental settings, evaluation metrics, baselines, and implementation details. Present the main results and refer to figures and tables in numerical order.]</w:t>
      </w:r>
    </w:p>
    <w:p>
      <w:pPr>
        <w:pStyle w:val="Heading1"/>
        <w:keepNext/>
      </w:pPr>
      <w:r>
        <w:t>5. Discussion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8"/>
        </w:rPr>
        <w:t>[Interpret the results, compare them with relevant prior work, discuss implications and limitations, and avoid claims not supported by the evidence.]</w:t>
      </w:r>
    </w:p>
    <w:p>
      <w:pPr>
        <w:pStyle w:val="Heading1"/>
        <w:keepNext/>
      </w:pPr>
      <w:r>
        <w:t>6. Conclusion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8"/>
        </w:rPr>
        <w:t>[Summarize the contribution and main findings. Mention important limitations and concrete directions for future work where appropriate.]</w:t>
      </w:r>
    </w:p>
    <w:p>
      <w:pPr>
        <w:pStyle w:val="Heading2"/>
        <w:keepNext/>
      </w:pPr>
      <w:r>
        <w:t>Data and Code Availability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7"/>
        </w:rPr>
        <w:t>[Describe how data and code can be accessed, or state any restrictions. If not applicable, explain briefly.]</w:t>
      </w:r>
    </w:p>
    <w:p>
      <w:pPr>
        <w:pStyle w:val="Heading2"/>
        <w:keepNext/>
      </w:pPr>
      <w:r>
        <w:t>Ethics Statement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7"/>
        </w:rPr>
        <w:t>[If applicable, identify the relevant approval and consent arrangements. Otherwise remove this section.]</w:t>
      </w:r>
    </w:p>
    <w:p>
      <w:pPr>
        <w:pStyle w:val="Heading2"/>
        <w:keepNext/>
      </w:pPr>
      <w:r>
        <w:t>Funding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7"/>
        </w:rPr>
        <w:t>[List funding sources and grant identifiers, or state that no specific funding was received.]</w:t>
      </w:r>
    </w:p>
    <w:p>
      <w:pPr>
        <w:pStyle w:val="Heading2"/>
        <w:keepNext/>
      </w:pPr>
      <w:r>
        <w:t>Conflicts of Interest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7"/>
        </w:rPr>
        <w:t>[State any relevant conflicts of interest, or write: “The authors declare no conflict of interest.”]</w:t>
      </w:r>
    </w:p>
    <w:p>
      <w:pPr>
        <w:pStyle w:val="Heading2"/>
        <w:keepNext/>
      </w:pPr>
      <w:r>
        <w:t>Author Contributions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7"/>
        </w:rPr>
        <w:t>[For multi-author papers, summarize each author’s contribution. Remove if not applicable.]</w:t>
      </w:r>
    </w:p>
    <w:p>
      <w:pPr>
        <w:pStyle w:val="Heading2"/>
        <w:keepNext/>
      </w:pPr>
      <w:r>
        <w:t>Acknowledgments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7"/>
        </w:rPr>
        <w:t>[Acknowledge relevant support or contributions. Remove if not applicable.]</w:t>
      </w:r>
    </w:p>
    <w:p>
      <w:pPr>
        <w:pStyle w:val="Heading1"/>
        <w:keepNext/>
      </w:pPr>
      <w:r>
        <w:t>References</w:t>
      </w:r>
    </w:p>
    <w:p>
      <w:pPr>
        <w:widowControl/>
        <w:spacing w:after="80"/>
      </w:pPr>
      <w:r>
        <w:rPr>
          <w:rFonts w:ascii="Cambria" w:hAnsi="Cambria" w:eastAsia="Cambria"/>
          <w:b w:val="0"/>
          <w:i/>
          <w:color w:val="65757A"/>
          <w:sz w:val="17"/>
        </w:rPr>
        <w:t>Use IEEE numeric referencing. Cite sources in the text as [1], [2], etc., in order of first appearance. Include bibliographic details and a DOI or stable URL when available. Replace this prompt with the numbered reference list.</w:t>
      </w:r>
    </w:p>
    <w:sectPr w:rsidR="00FC693F" w:rsidRPr="0006063C" w:rsidSect="00034616">
      <w:type w:val="continuous"/>
      <w:pgSz w:w="11906" w:h="16838"/>
      <w:pgMar w:top="935" w:right="964" w:bottom="879" w:left="964" w:header="397" w:footer="397" w:gutter="0"/>
      <w:cols w:space="420" w:num="2" w:sep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right"/>
    </w:pPr>
    <w:r>
      <w:rPr>
        <w:color w:val="65757A"/>
        <w:sz w:val="16"/>
      </w:rPr>
      <w:t xml:space="preserve">Page </w:t>
    </w:r>
    <w:r>
      <w:rPr>
        <w:color w:val="65757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4" w:space="2" w:color="D9DED9"/>
      </w:pBdr>
    </w:pPr>
    <w:r>
      <w:rPr>
        <w:rFonts w:ascii="Calibri" w:hAnsi="Calibri" w:eastAsia="Calibri"/>
        <w:b/>
        <w:color w:val="315D5D"/>
        <w:sz w:val="16"/>
      </w:rPr>
      <w:t>JISAR  |  Journal of Intelligent Systems and AI Research</w:t>
    </w:r>
    <w:r>
      <w:rPr>
        <w:rFonts w:ascii="Calibri" w:hAnsi="Calibri" w:eastAsia="Calibri"/>
        <w:b w:val="0"/>
        <w:color w:val="65757A"/>
        <w:sz w:val="16"/>
      </w:rPr>
      <w:t xml:space="preserve">   |  ARTICLE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2" w:lineRule="auto"/>
    </w:pPr>
    <w:rPr>
      <w:rFonts w:ascii="Cambria" w:hAnsi="Cambria" w:eastAsia="Cambria"/>
      <w:color w:val="263B4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60" w:after="60"/>
      <w:outlineLvl w:val="0"/>
    </w:pPr>
    <w:rPr>
      <w:rFonts w:asciiTheme="majorHAnsi" w:eastAsiaTheme="majorEastAsia" w:hAnsiTheme="majorHAnsi" w:cstheme="majorBidi" w:ascii="Cambria" w:hAnsi="Cambria" w:eastAsia="Cambria"/>
      <w:b/>
      <w:bCs/>
      <w:color w:val="315D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00" w:after="60"/>
      <w:outlineLvl w:val="1"/>
    </w:pPr>
    <w:rPr>
      <w:rFonts w:asciiTheme="majorHAnsi" w:eastAsiaTheme="majorEastAsia" w:hAnsiTheme="majorHAnsi" w:cstheme="majorBidi" w:ascii="Cambria" w:hAnsi="Cambria" w:eastAsia="Cambria"/>
      <w:b/>
      <w:bCs/>
      <w:color w:val="263B4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00" w:after="60"/>
      <w:outlineLvl w:val="2"/>
    </w:pPr>
    <w:rPr>
      <w:rFonts w:asciiTheme="majorHAnsi" w:eastAsiaTheme="majorEastAsia" w:hAnsiTheme="majorHAnsi" w:cstheme="majorBidi" w:ascii="Cambria" w:hAnsi="Cambria" w:eastAsia="Cambria"/>
      <w:b/>
      <w:bCs/>
      <w:color w:val="263B49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JISAR Article template</dc:title>
  <dc:subject>Editable manuscript preparation template</dc:subject>
  <dc:creator>Journal of Intelligent Systems and AI Research (JISAR)</dc:creator>
  <cp:keywords>JISAR, manuscript template, artificial intelligence, intelligent systems</cp:keywords>
  <dc:description>Draft template. Replace all bracketed prompts before submission.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