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40"/>
        <w:rPr/>
      </w:pPr>
      <w:r>
        <w:rPr>
          <w:i/>
          <w:color w:val="5A6E7C"/>
          <w:sz w:val="18"/>
        </w:rPr>
        <w:t xml:space="preserve">TEMPLATE NOTE: Replace every bracketed prompt with your abstract content and remove this note before submission. Conference abstracts for Journal of Intelligent Systems and AI Research must not exceed </w:t>
      </w:r>
      <w:r>
        <w:rPr>
          <w:rFonts w:ascii="Inter;apple-system;BlinkMacSystemFont;Segoe UI;Roboto;sans-serif" w:hAnsi="Inter;apple-system;BlinkMacSystemFont;Segoe UI;Roboto;sans-serif"/>
          <w:b w:val="false"/>
          <w:i/>
          <w:caps w:val="false"/>
          <w:smallCaps w:val="false"/>
          <w:color w:val="5A6E7C"/>
          <w:spacing w:val="0"/>
          <w:sz w:val="18"/>
        </w:rPr>
        <w:t>four</w:t>
      </w:r>
      <w:r>
        <w:rPr>
          <w:i/>
          <w:color w:val="5A6E7C"/>
          <w:sz w:val="18"/>
        </w:rPr>
        <w:t xml:space="preserve"> pages in total length. Do not add DOIs, volume, issue, or publication metadata; the editorial team will provide publication metadata upon acceptance.</w:t>
      </w:r>
    </w:p>
    <w:p>
      <w:pPr>
        <w:pStyle w:val="Normal"/>
        <w:spacing w:lineRule="auto" w:line="276" w:before="120" w:after="80"/>
        <w:rPr/>
      </w:pPr>
      <w:r>
        <w:rPr>
          <w:b/>
          <w:color w:val="315D5D"/>
          <w:sz w:val="19"/>
        </w:rPr>
        <w:t>CONFERENCE ABSTRACT / PROCEEDINGS</w:t>
      </w:r>
    </w:p>
    <w:p>
      <w:pPr>
        <w:pStyle w:val="Normal"/>
        <w:spacing w:lineRule="auto" w:line="276" w:before="80" w:after="240"/>
        <w:rPr/>
      </w:pPr>
      <w:r>
        <w:rPr>
          <w:rFonts w:ascii="Georgia" w:hAnsi="Georgia"/>
          <w:b/>
          <w:color w:val="263B49"/>
          <w:sz w:val="36"/>
        </w:rPr>
        <w:t>[Insert the Full Conference Abstract Title Here]</w:t>
      </w:r>
    </w:p>
    <w:p>
      <w:pPr>
        <w:pStyle w:val="Normal"/>
        <w:spacing w:lineRule="auto" w:line="276" w:before="0" w:after="80"/>
        <w:rPr/>
      </w:pPr>
      <w:r>
        <w:rPr>
          <w:b/>
          <w:sz w:val="20"/>
        </w:rPr>
        <w:t>[Full Name 1]¹*, [Full Name 2]², [Full Name 3]¹</w:t>
        <w:br/>
      </w:r>
      <w:r>
        <w:rPr>
          <w:i/>
          <w:sz w:val="18"/>
        </w:rPr>
        <w:t>¹ Department, Institution, City, Country</w:t>
        <w:br/>
        <w:t>² Department, Institution, City, Country</w:t>
        <w:br/>
      </w:r>
      <w:r>
        <w:rPr>
          <w:sz w:val="18"/>
        </w:rPr>
        <w:t>*Corresponding author: [Name] · [email@address.org] · ORCID: [0000-0000-0000-0000]</w:t>
      </w:r>
    </w:p>
    <w:p>
      <w:pPr>
        <w:pStyle w:val="Normal"/>
        <w:spacing w:lineRule="auto" w:line="276" w:before="160" w:after="240"/>
        <w:rPr/>
      </w:pPr>
      <w:r>
        <w:rPr>
          <w:color w:val="D9DED9"/>
        </w:rPr>
        <w:t>―――――――――――――――――――――――――――――――――――――――――――――――――――――――</w:t>
      </w:r>
    </w:p>
    <w:p>
      <w:pPr>
        <w:pStyle w:val="Normal"/>
        <w:spacing w:lineRule="auto" w:line="276" w:before="160" w:after="80"/>
        <w:rPr/>
      </w:pPr>
      <w:r>
        <w:rPr>
          <w:b/>
          <w:sz w:val="22"/>
        </w:rPr>
        <w:t>Abstract</w:t>
      </w:r>
    </w:p>
    <w:p>
      <w:pPr>
        <w:pStyle w:val="Normal"/>
        <w:spacing w:lineRule="auto" w:line="276" w:before="0" w:after="120"/>
        <w:rPr/>
      </w:pPr>
      <w:r>
        <w:rPr>
          <w:sz w:val="19"/>
        </w:rPr>
        <w:t>[Write a concise summary of 150–200 words stating the research problem, proposed intelligent system/methodology, key preliminary findings, and overall significance. The abstract must be self-contained and free of citation references.]</w:t>
      </w:r>
    </w:p>
    <w:p>
      <w:pPr>
        <w:pStyle w:val="Normal"/>
        <w:spacing w:lineRule="auto" w:line="276" w:before="0" w:after="240"/>
        <w:rPr/>
      </w:pPr>
      <w:r>
        <w:rPr>
          <w:b/>
          <w:sz w:val="19"/>
        </w:rPr>
        <w:t xml:space="preserve">Keywords: </w:t>
      </w:r>
      <w:r>
        <w:rPr>
          <w:i/>
          <w:sz w:val="19"/>
        </w:rPr>
        <w:t>[3–5 technical keywords separated by semicolons; e.g., Autonomous Systems; Neuro-Symbolic AI; Multi-Agent Optimization]</w:t>
      </w:r>
    </w:p>
    <w:p>
      <w:pPr>
        <w:pStyle w:val="Normal"/>
        <w:spacing w:lineRule="auto" w:line="276" w:before="200" w:after="80"/>
        <w:rPr/>
      </w:pPr>
      <w:r>
        <w:rPr>
          <w:rFonts w:ascii="Georgia" w:hAnsi="Georgia"/>
          <w:b/>
          <w:color w:val="263B49"/>
          <w:sz w:val="24"/>
        </w:rPr>
        <w:t>1. Context and Motivation</w:t>
      </w:r>
    </w:p>
    <w:p>
      <w:pPr>
        <w:pStyle w:val="Normal"/>
        <w:spacing w:lineRule="auto" w:line="276" w:before="0" w:after="160"/>
        <w:rPr/>
      </w:pPr>
      <w:r>
        <w:rPr>
          <w:sz w:val="20"/>
        </w:rPr>
        <w:t>[Briefly introduce the research background, the scientific/engineering problem addressed, and why existing solutions are insufficient. Clearly state the core objective of this study or conference presentation.]</w:t>
      </w:r>
    </w:p>
    <w:p>
      <w:pPr>
        <w:pStyle w:val="Normal"/>
        <w:spacing w:lineRule="auto" w:line="276" w:before="200" w:after="80"/>
        <w:rPr/>
      </w:pPr>
      <w:r>
        <w:rPr>
          <w:rFonts w:ascii="Georgia" w:hAnsi="Georgia"/>
          <w:b/>
          <w:color w:val="263B49"/>
          <w:sz w:val="24"/>
        </w:rPr>
        <w:t>2. Proposed Methodology / Architecture</w:t>
      </w:r>
    </w:p>
    <w:p>
      <w:pPr>
        <w:pStyle w:val="Normal"/>
        <w:spacing w:lineRule="auto" w:line="276" w:before="0" w:after="160"/>
        <w:rPr/>
      </w:pPr>
      <w:r>
        <w:rPr>
          <w:sz w:val="20"/>
        </w:rPr>
        <w:t>[Describe the theoretical framework, model design, algorithm, system architecture, datasets, or experimental setup. Provide sufficient technical details to evaluate the novelty and validity of the approach.]</w:t>
      </w:r>
    </w:p>
    <w:p>
      <w:pPr>
        <w:pStyle w:val="Normal"/>
        <w:spacing w:lineRule="auto" w:line="276" w:before="200" w:after="80"/>
        <w:rPr/>
      </w:pPr>
      <w:r>
        <w:rPr>
          <w:rFonts w:ascii="Georgia" w:hAnsi="Georgia"/>
          <w:b/>
          <w:color w:val="263B49"/>
          <w:sz w:val="24"/>
        </w:rPr>
        <w:t>3. Preliminary Results and Findings</w:t>
      </w:r>
    </w:p>
    <w:p>
      <w:pPr>
        <w:pStyle w:val="Normal"/>
        <w:spacing w:lineRule="auto" w:line="276" w:before="0" w:after="160"/>
        <w:rPr/>
      </w:pPr>
      <w:r>
        <w:rPr>
          <w:sz w:val="20"/>
        </w:rPr>
        <w:t>[Present key experimental outcomes, prototype performance metrics, comparative results against baselines, or preliminary empirical evidence. Focus on clear quantitative or qualitative evidence.]</w:t>
      </w:r>
    </w:p>
    <w:p>
      <w:pPr>
        <w:pStyle w:val="Normal"/>
        <w:spacing w:lineRule="auto" w:line="276" w:before="200" w:after="80"/>
        <w:rPr/>
      </w:pPr>
      <w:r>
        <w:rPr>
          <w:rFonts w:ascii="Georgia" w:hAnsi="Georgia"/>
          <w:b/>
          <w:color w:val="263B49"/>
          <w:sz w:val="24"/>
        </w:rPr>
        <w:t>4. Significance and Future Work</w:t>
      </w:r>
    </w:p>
    <w:p>
      <w:pPr>
        <w:pStyle w:val="Normal"/>
        <w:spacing w:lineRule="auto" w:line="276" w:before="0" w:after="160"/>
        <w:rPr/>
      </w:pPr>
      <w:r>
        <w:rPr>
          <w:sz w:val="20"/>
        </w:rPr>
        <w:t>[Highlight the principal scientific contribution to intelligent systems research. Outline planned extensions, broader implications, or immediate future development milestones.]</w:t>
      </w:r>
    </w:p>
    <w:p>
      <w:pPr>
        <w:pStyle w:val="Normal"/>
        <w:spacing w:lineRule="auto" w:line="276" w:before="200" w:after="40"/>
        <w:rPr/>
      </w:pPr>
      <w:r>
        <w:rPr>
          <w:b/>
          <w:sz w:val="20"/>
        </w:rPr>
        <w:t>Acknowledgments</w:t>
      </w:r>
    </w:p>
    <w:p>
      <w:pPr>
        <w:pStyle w:val="Normal"/>
        <w:spacing w:lineRule="auto" w:line="276" w:before="0" w:after="160"/>
        <w:rPr/>
      </w:pPr>
      <w:r>
        <w:rPr>
          <w:sz w:val="18"/>
        </w:rPr>
        <w:t>[Briefly acknowledge funding sources, grant numbers, or institutional support. Remove if not applicable.]</w:t>
      </w:r>
    </w:p>
    <w:p>
      <w:pPr>
        <w:pStyle w:val="Normal"/>
        <w:spacing w:lineRule="auto" w:line="276" w:before="200" w:after="80"/>
        <w:rPr/>
      </w:pPr>
      <w:r>
        <w:rPr>
          <w:rFonts w:ascii="Georgia" w:hAnsi="Georgia"/>
          <w:b/>
          <w:color w:val="263B49"/>
          <w:sz w:val="22"/>
        </w:rPr>
        <w:t>Key References</w:t>
      </w:r>
    </w:p>
    <w:p>
      <w:pPr>
        <w:pStyle w:val="Normal"/>
        <w:spacing w:lineRule="auto" w:line="276" w:before="0" w:after="80"/>
        <w:rPr/>
      </w:pPr>
      <w:r>
        <w:rPr>
          <w:color w:val="5A6E7C"/>
          <w:sz w:val="17"/>
        </w:rPr>
        <w:t>Use IEEE numeric style (3–5 key references maximum cited as [1], [2] in text):</w:t>
        <w:br/>
        <w:t>[1] A. Author and B. Author, "Title of paper," Abbreviated Journal/Conference Name, vol. x, no. x, pp. xxx–xxx, year. https://doi.org/10.xxxx/xxxxx</w:t>
        <w:br/>
        <w:t>[2] C. Author, Title of Book, xth ed. Publisher Location: Publisher Name, year.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Inter">
    <w:altName w:val="apple-system"/>
    <w:charset w:val="01"/>
    <w:family w:val="auto"/>
    <w:pitch w:val="default"/>
  </w:font>
  <w:font w:name="Georgia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/>
      <w:color w:val="263B49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2</Pages>
  <Words>320</Words>
  <Characters>2139</Characters>
  <CharactersWithSpaces>2430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en-GB</dc:language>
  <cp:lastModifiedBy/>
  <dcterms:modified xsi:type="dcterms:W3CDTF">2026-11-01T10:59:44Z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